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A7C" w:rsidRDefault="00F62A7C" w:rsidP="00F62A7C">
      <w:pPr>
        <w:jc w:val="center"/>
        <w:rPr>
          <w:rFonts w:hint="eastAsia"/>
        </w:rPr>
      </w:pPr>
      <w:bookmarkStart w:id="0" w:name="_GoBack"/>
      <w:bookmarkEnd w:id="0"/>
      <w:r w:rsidRPr="0049570C">
        <w:rPr>
          <w:noProof/>
          <w:lang w:val="it-IT" w:eastAsia="it-IT"/>
        </w:rPr>
        <w:drawing>
          <wp:inline distT="0" distB="0" distL="0" distR="0" wp14:anchorId="7D13281D" wp14:editId="62F6DC17">
            <wp:extent cx="1483744" cy="1483744"/>
            <wp:effectExtent l="0" t="0" r="2540" b="254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3013" cy="149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7C" w:rsidRDefault="00F62A7C" w:rsidP="00F62A7C">
      <w:pPr>
        <w:jc w:val="center"/>
        <w:rPr>
          <w:rFonts w:hint="eastAsia"/>
        </w:rPr>
      </w:pPr>
    </w:p>
    <w:p w:rsidR="00F62A7C" w:rsidRDefault="00F62A7C" w:rsidP="00F62A7C">
      <w:pPr>
        <w:jc w:val="center"/>
        <w:rPr>
          <w:rFonts w:hint="eastAsia"/>
        </w:rPr>
      </w:pPr>
    </w:p>
    <w:p w:rsidR="00F62A7C" w:rsidRPr="00F62A7C" w:rsidRDefault="00F62A7C" w:rsidP="00F62A7C">
      <w:pPr>
        <w:spacing w:line="360" w:lineRule="auto"/>
        <w:jc w:val="center"/>
        <w:rPr>
          <w:rFonts w:ascii="Cambria" w:hAnsi="Cambria"/>
          <w:b/>
          <w:color w:val="365F91" w:themeColor="accent1" w:themeShade="BF"/>
          <w:sz w:val="48"/>
          <w:szCs w:val="48"/>
          <w:lang w:val="it-IT"/>
        </w:rPr>
      </w:pPr>
      <w:r w:rsidRPr="00F62A7C">
        <w:rPr>
          <w:rFonts w:ascii="Cambria" w:hAnsi="Cambria"/>
          <w:b/>
          <w:color w:val="365F91" w:themeColor="accent1" w:themeShade="BF"/>
          <w:sz w:val="48"/>
          <w:szCs w:val="48"/>
          <w:lang w:val="it-IT"/>
        </w:rPr>
        <w:t>PIANO D’AZIONE DELLE INSTALLAZIONI DELLE INFRASTRUTTURE DI RICARICA DEL COMUNE DI ORISTANO</w:t>
      </w:r>
    </w:p>
    <w:p w:rsidR="00F62A7C" w:rsidRPr="009C2015" w:rsidRDefault="00F62A7C" w:rsidP="00F62A7C">
      <w:pPr>
        <w:spacing w:before="60" w:after="60"/>
        <w:ind w:firstLine="357"/>
        <w:contextualSpacing/>
        <w:jc w:val="center"/>
        <w:rPr>
          <w:rFonts w:ascii="Cambria" w:hAnsi="Cambria"/>
          <w:b/>
          <w:color w:val="365F91" w:themeColor="accent1" w:themeShade="BF"/>
          <w:sz w:val="56"/>
          <w:szCs w:val="56"/>
        </w:rPr>
      </w:pPr>
      <w:r w:rsidRPr="009C2015">
        <w:rPr>
          <w:rFonts w:ascii="Cambria" w:hAnsi="Cambria"/>
          <w:b/>
          <w:color w:val="365F91" w:themeColor="accent1" w:themeShade="BF"/>
          <w:sz w:val="56"/>
          <w:szCs w:val="56"/>
        </w:rPr>
        <w:t>ALLEGATO 1</w:t>
      </w:r>
    </w:p>
    <w:p w:rsidR="00F62A7C" w:rsidRPr="009C2015" w:rsidRDefault="0035743B" w:rsidP="00F62A7C">
      <w:pPr>
        <w:spacing w:before="60" w:after="60"/>
        <w:ind w:firstLine="357"/>
        <w:contextualSpacing/>
        <w:jc w:val="center"/>
        <w:rPr>
          <w:rFonts w:ascii="Cambria" w:hAnsi="Cambria"/>
          <w:b/>
          <w:color w:val="365F91" w:themeColor="accent1" w:themeShade="BF"/>
          <w:sz w:val="56"/>
          <w:szCs w:val="56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5F37671E" wp14:editId="6B7BC203">
            <wp:simplePos x="0" y="0"/>
            <wp:positionH relativeFrom="margin">
              <wp:align>center</wp:align>
            </wp:positionH>
            <wp:positionV relativeFrom="page">
              <wp:posOffset>5194935</wp:posOffset>
            </wp:positionV>
            <wp:extent cx="3376800" cy="3337200"/>
            <wp:effectExtent l="0" t="0" r="0" b="0"/>
            <wp:wrapNone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eras jpeg.jpg"/>
                    <pic:cNvPicPr/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3337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A7C" w:rsidRPr="009C2015">
        <w:rPr>
          <w:rFonts w:ascii="Cambria" w:hAnsi="Cambria"/>
          <w:b/>
          <w:color w:val="365F91" w:themeColor="accent1" w:themeShade="BF"/>
          <w:sz w:val="56"/>
          <w:szCs w:val="56"/>
        </w:rPr>
        <w:t>SCHEDE TECNICHE</w:t>
      </w:r>
    </w:p>
    <w:p w:rsidR="00F62A7C" w:rsidRDefault="00F62A7C" w:rsidP="00F62A7C">
      <w:pPr>
        <w:jc w:val="center"/>
        <w:rPr>
          <w:rFonts w:hint="eastAsia"/>
        </w:rPr>
      </w:pPr>
    </w:p>
    <w:p w:rsidR="00F62A7C" w:rsidRDefault="00F62A7C" w:rsidP="00F62A7C">
      <w:pPr>
        <w:jc w:val="center"/>
        <w:rPr>
          <w:rFonts w:hint="eastAsia"/>
        </w:rPr>
      </w:pPr>
    </w:p>
    <w:p w:rsidR="00CF3674" w:rsidRDefault="00CF3674" w:rsidP="00F62A7C">
      <w:pPr>
        <w:jc w:val="center"/>
        <w:rPr>
          <w:rFonts w:hint="eastAsia"/>
        </w:rPr>
      </w:pPr>
    </w:p>
    <w:p w:rsidR="00CF3674" w:rsidRDefault="00CF3674" w:rsidP="00F62A7C">
      <w:pPr>
        <w:jc w:val="center"/>
        <w:rPr>
          <w:rFonts w:hint="eastAsia"/>
        </w:rPr>
      </w:pPr>
    </w:p>
    <w:p w:rsidR="00F62A7C" w:rsidRDefault="00F62A7C" w:rsidP="00F62A7C">
      <w:pPr>
        <w:jc w:val="center"/>
        <w:rPr>
          <w:rFonts w:hint="eastAsia"/>
        </w:rPr>
      </w:pPr>
    </w:p>
    <w:p w:rsidR="00F62A7C" w:rsidRDefault="00F62A7C" w:rsidP="00F62A7C">
      <w:pPr>
        <w:jc w:val="center"/>
        <w:rPr>
          <w:rFonts w:hint="eastAsia"/>
        </w:rPr>
      </w:pPr>
    </w:p>
    <w:p w:rsidR="00CF3674" w:rsidRDefault="00CF3674" w:rsidP="00F62A7C">
      <w:pPr>
        <w:jc w:val="center"/>
        <w:rPr>
          <w:rFonts w:hint="eastAsia"/>
        </w:rPr>
      </w:pPr>
    </w:p>
    <w:p w:rsidR="00F62A7C" w:rsidRDefault="00F62A7C" w:rsidP="00F62A7C">
      <w:pPr>
        <w:jc w:val="center"/>
        <w:rPr>
          <w:rFonts w:hint="eastAsia"/>
        </w:rPr>
      </w:pPr>
    </w:p>
    <w:p w:rsidR="00F62A7C" w:rsidRDefault="00F62A7C" w:rsidP="00F62A7C">
      <w:pPr>
        <w:jc w:val="center"/>
        <w:rPr>
          <w:rFonts w:hint="eastAsia"/>
        </w:rPr>
      </w:pPr>
    </w:p>
    <w:p w:rsidR="0035743B" w:rsidRDefault="0035743B" w:rsidP="00F62A7C">
      <w:pPr>
        <w:jc w:val="center"/>
        <w:rPr>
          <w:rFonts w:hint="eastAsia"/>
        </w:rPr>
      </w:pPr>
    </w:p>
    <w:p w:rsidR="0035743B" w:rsidRDefault="0035743B" w:rsidP="00F62A7C">
      <w:pPr>
        <w:jc w:val="center"/>
        <w:rPr>
          <w:rFonts w:hint="eastAsia"/>
        </w:rPr>
      </w:pPr>
    </w:p>
    <w:p w:rsidR="0035743B" w:rsidRDefault="0035743B" w:rsidP="00F62A7C">
      <w:pPr>
        <w:jc w:val="center"/>
        <w:rPr>
          <w:rFonts w:hint="eastAsia"/>
        </w:rPr>
      </w:pPr>
    </w:p>
    <w:p w:rsidR="00F62A7C" w:rsidRDefault="00F62A7C" w:rsidP="00F62A7C">
      <w:pPr>
        <w:jc w:val="center"/>
        <w:rPr>
          <w:rFonts w:hint="eastAsia"/>
        </w:rPr>
      </w:pPr>
      <w:r w:rsidRPr="00864A1D">
        <w:rPr>
          <w:noProof/>
          <w:lang w:val="it-IT" w:eastAsia="it-IT"/>
        </w:rPr>
        <w:drawing>
          <wp:inline distT="0" distB="0" distL="0" distR="0" wp14:anchorId="33664C6D" wp14:editId="768EC4EA">
            <wp:extent cx="776377" cy="494036"/>
            <wp:effectExtent l="0" t="0" r="5080" b="127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8174" cy="51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5E25449C" wp14:editId="56C5FB66">
            <wp:extent cx="448574" cy="505596"/>
            <wp:effectExtent l="0" t="0" r="8890" b="889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1" cy="511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59F1">
        <w:rPr>
          <w:noProof/>
          <w:lang w:val="it-IT" w:eastAsia="it-IT"/>
        </w:rPr>
        <w:drawing>
          <wp:inline distT="0" distB="0" distL="0" distR="0" wp14:anchorId="044A5306" wp14:editId="325FADED">
            <wp:extent cx="1923690" cy="589915"/>
            <wp:effectExtent l="0" t="0" r="635" b="63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1975" cy="5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1BA01F09" wp14:editId="68D3701D">
            <wp:extent cx="1097280" cy="372110"/>
            <wp:effectExtent l="0" t="0" r="7620" b="889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1D67">
        <w:rPr>
          <w:noProof/>
          <w:lang w:val="it-IT" w:eastAsia="it-IT"/>
        </w:rPr>
        <w:drawing>
          <wp:inline distT="0" distB="0" distL="0" distR="0" wp14:anchorId="1280EC31" wp14:editId="76F1DD9A">
            <wp:extent cx="793010" cy="391549"/>
            <wp:effectExtent l="0" t="0" r="7620" b="889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8144" cy="40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37CF59ED" wp14:editId="28B9B20A">
            <wp:extent cx="526212" cy="526212"/>
            <wp:effectExtent l="0" t="0" r="7620" b="762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2" cy="530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570C">
        <w:rPr>
          <w:noProof/>
          <w:lang w:val="it-IT" w:eastAsia="it-IT"/>
        </w:rPr>
        <w:drawing>
          <wp:inline distT="0" distB="0" distL="0" distR="0" wp14:anchorId="76EFF469" wp14:editId="6E80449F">
            <wp:extent cx="500057" cy="500057"/>
            <wp:effectExtent l="0" t="0" r="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052" cy="51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7C" w:rsidRDefault="00F62A7C">
      <w:pPr>
        <w:rPr>
          <w:rFonts w:hint="eastAsia"/>
        </w:rPr>
      </w:pPr>
    </w:p>
    <w:p w:rsidR="00CF3674" w:rsidRDefault="00CF3674">
      <w:pPr>
        <w:rPr>
          <w:rFonts w:hint="eastAsia"/>
        </w:rPr>
        <w:sectPr w:rsidR="00CF3674" w:rsidSect="00F62A7C">
          <w:pgSz w:w="12240" w:h="15840" w:code="32767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OR01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47FEB780" wp14:editId="11D28597">
                  <wp:extent cx="3240000" cy="2025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545BAE66" wp14:editId="5C3E4FE7">
                  <wp:extent cx="3240000" cy="324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Porta Nuova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Strada</w:t>
            </w:r>
            <w:proofErr w:type="spellEnd"/>
            <w:r>
              <w:t xml:space="preserve"> </w:t>
            </w:r>
            <w:proofErr w:type="spellStart"/>
            <w:r>
              <w:t>Provinciale</w:t>
            </w:r>
            <w:proofErr w:type="spellEnd"/>
            <w:r>
              <w:t xml:space="preserve"> 93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39.9163286 - Lon. 8.585188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144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10229.24 €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57280.00 €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732.27 €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4411.40 €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OR02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5D8C2A62" wp14:editId="6542C6CB">
                  <wp:extent cx="3240000" cy="2025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4DD147BE" wp14:editId="70BA105F">
                  <wp:extent cx="3240000" cy="324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Tharros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 xml:space="preserve">Via </w:t>
            </w:r>
            <w:proofErr w:type="spellStart"/>
            <w:r>
              <w:t>Tharros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39.9062074 - Lon. 8.5897476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3272.24 €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4500.00 €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229.31 €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100.47 €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OR03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D13103D" wp14:editId="4F62B439">
                  <wp:extent cx="3240000" cy="2025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18A8D42A" wp14:editId="1FE0007D">
                  <wp:extent cx="3240000" cy="324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Tirso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Piazza Roma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39.906468 - Lon. 8.5920213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3272.24 €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4500.00 €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229.31 €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100.47 €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OR04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F7F7BD9" wp14:editId="08BF15C4">
                  <wp:extent cx="3240000" cy="2025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25B2C344" wp14:editId="55F9D0FB">
                  <wp:extent cx="3240000" cy="324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Mercato</w:t>
            </w:r>
            <w:proofErr w:type="spellEnd"/>
            <w:r>
              <w:t xml:space="preserve"> (Mariano)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 xml:space="preserve">Via Mariano IV </w:t>
            </w:r>
            <w:proofErr w:type="spellStart"/>
            <w:r>
              <w:t>D'Arborea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39.906375 - Lon. 8.5947871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51.4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3759.23 €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681.87 €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OR05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BD31FBF" wp14:editId="1D75D82D">
                  <wp:extent cx="3240000" cy="2025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4CF2FE81" wp14:editId="211A71A2">
                  <wp:extent cx="3240000" cy="324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Cova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Piazza Davide Cova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39.9052161 - Lon. 8.5895064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51.4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3759.23 €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681.87 €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OR06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E86145E" wp14:editId="48C81CAF">
                  <wp:extent cx="3240000" cy="2025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40014ACD" wp14:editId="0C9F8387">
                  <wp:extent cx="3240000" cy="324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Mariano (</w:t>
            </w:r>
            <w:proofErr w:type="spellStart"/>
            <w:r>
              <w:t>Caduti</w:t>
            </w:r>
            <w:proofErr w:type="spellEnd"/>
            <w:r>
              <w:t>)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Piazza Mariano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39.9051578 - Lon. 8.5964906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51.4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3759.23 €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681.87 €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OR07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5E85787B" wp14:editId="416BE77E">
                  <wp:extent cx="3240000" cy="2025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639C9A53" wp14:editId="09D93BEC">
                  <wp:extent cx="3240000" cy="324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Cagliari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Via Cagliari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39.904231 - Lon. 8.5886181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51.4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3759.23 €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681.87 €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OR08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DDC7112" wp14:editId="3CEAC36A">
                  <wp:extent cx="3240000" cy="2025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1557875C" wp14:editId="59F0A3B2">
                  <wp:extent cx="3240000" cy="324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San Francesco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 xml:space="preserve">Via San Francesco </w:t>
            </w:r>
            <w:proofErr w:type="spellStart"/>
            <w:r>
              <w:t>D'Assisi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39.9032314 - Lon. 8.5874588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51.4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3759.23 €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681.87 €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OR09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FC4C43E" wp14:editId="3AA983E5">
                  <wp:extent cx="3240000" cy="2025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1435CE52" wp14:editId="6F38E95E">
                  <wp:extent cx="3240000" cy="324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Duomo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 xml:space="preserve">Via </w:t>
            </w:r>
            <w:proofErr w:type="spellStart"/>
            <w:r>
              <w:t>Ciutadella</w:t>
            </w:r>
            <w:proofErr w:type="spellEnd"/>
            <w:r>
              <w:t xml:space="preserve"> De Menorca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39.9028204 - Lon. 8.5912412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14.8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1185.14 €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4600.00 €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631.47 €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OR10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55DA339" wp14:editId="244BA716">
                  <wp:extent cx="3240000" cy="2025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0555C7B2" wp14:editId="46DA9CD4">
                  <wp:extent cx="3240000" cy="324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Foscolo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Via Cagliari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39.9017987 - Lon. 8.5891488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7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110.2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7794.29 €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15900.00 €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2911.01 €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7187.06 €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OR11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4BBF4E73" wp14:editId="05317F07">
                  <wp:extent cx="3240000" cy="2025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56E2DC93" wp14:editId="5834D39C">
                  <wp:extent cx="3240000" cy="324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Manno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 xml:space="preserve">Via </w:t>
            </w:r>
            <w:proofErr w:type="spellStart"/>
            <w:r>
              <w:t>Episcopio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39.9014077 - Lon. 8.5918777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51.4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3759.23 €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681.87 €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OR12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DA6EA33" wp14:editId="0773A144">
                  <wp:extent cx="3240000" cy="2025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79FE4F31" wp14:editId="2C31126C">
                  <wp:extent cx="3240000" cy="324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Ungheria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 xml:space="preserve">Via </w:t>
            </w:r>
            <w:proofErr w:type="spellStart"/>
            <w:r>
              <w:t>Nuoro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39.9018493 - Lon. 8.6034956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5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2646.11 €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11500.00 €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2810.21 €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7187.06 €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OR13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19C8A61" wp14:editId="1D75A094">
                  <wp:extent cx="3240000" cy="2025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449E12A0" wp14:editId="7F3D5B30">
                  <wp:extent cx="3240000" cy="324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Nuovo</w:t>
            </w:r>
            <w:proofErr w:type="spellEnd"/>
            <w:r>
              <w:t xml:space="preserve"> </w:t>
            </w:r>
            <w:proofErr w:type="spellStart"/>
            <w:r>
              <w:t>Mercato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Via Palmas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39.8999123 - Lon. 8.6016737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51.4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3759.23 €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681.87 €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OR14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FE0432F" wp14:editId="097E60EE">
                  <wp:extent cx="3240000" cy="2025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505951DE" wp14:editId="0DA68F76">
                  <wp:extent cx="3240000" cy="3240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San Martino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 xml:space="preserve">Via </w:t>
            </w:r>
            <w:proofErr w:type="spellStart"/>
            <w:r>
              <w:t>Peppetto</w:t>
            </w:r>
            <w:proofErr w:type="spellEnd"/>
            <w:r>
              <w:t xml:space="preserve"> Pau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39.8984659 - Lon. 8.5873333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7.4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698.15 €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2300.00 €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178.91 €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100.47 €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OR15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49DA653A" wp14:editId="5A6A4739">
                  <wp:extent cx="3240000" cy="2025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3A3B37CA" wp14:editId="0CD8114F">
                  <wp:extent cx="3240000" cy="324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Biasi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 xml:space="preserve">Via Giuseppe </w:t>
            </w:r>
            <w:proofErr w:type="spellStart"/>
            <w:r>
              <w:t>Biasi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39.8974429 - Lon. 8.595547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51.4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3759.23 €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681.87 €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OR16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581CBDC4" wp14:editId="61A8FFA3">
                  <wp:extent cx="3240000" cy="2025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2B63FE96" wp14:editId="362A8953">
                  <wp:extent cx="3240000" cy="3240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Beatrice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 xml:space="preserve">Via Beatrice </w:t>
            </w:r>
            <w:proofErr w:type="spellStart"/>
            <w:r>
              <w:t>D'Arborea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39.895148 - Lon. 8.588927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51.4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3759.23 €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681.87 €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OR17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8E2FDE9" wp14:editId="5733956E">
                  <wp:extent cx="3240000" cy="2025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70F8893B" wp14:editId="09B58855">
                  <wp:extent cx="3240000" cy="3240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Via del Porto (</w:t>
            </w:r>
            <w:proofErr w:type="spellStart"/>
            <w:r>
              <w:t>Motorizzazione</w:t>
            </w:r>
            <w:proofErr w:type="spellEnd"/>
            <w:r>
              <w:t>)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Via del Porto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39.8903487 - Lon. 8.5950718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14.8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1185.14 €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4600.00 €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631.47 €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OR18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43BEDF0" wp14:editId="5A23C77C">
                  <wp:extent cx="3240000" cy="2025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29A8BBD6" wp14:editId="493AC7C6">
                  <wp:extent cx="3240000" cy="3240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Via del Porto (</w:t>
            </w:r>
            <w:proofErr w:type="spellStart"/>
            <w:r>
              <w:t>Vigili</w:t>
            </w:r>
            <w:proofErr w:type="spellEnd"/>
            <w:r>
              <w:t>)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Via del Porto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39.8914092 - Lon. 8.5973978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144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10229.24 €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57280.00 €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732.27 €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4411.40 €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Pr="00FD5588" w:rsidRDefault="00FD5588" w:rsidP="00FD5588">
      <w:pPr>
        <w:rPr>
          <w:rFonts w:hint="eastAsia"/>
          <w:lang w:val="it-IT"/>
        </w:rPr>
      </w:pPr>
      <w:r w:rsidRPr="00FD5588">
        <w:rPr>
          <w:lang w:val="it-IT"/>
        </w:rPr>
        <w:t>___________________</w:t>
      </w:r>
    </w:p>
    <w:p w:rsidR="00FD5588" w:rsidRPr="00FD5588" w:rsidRDefault="00FD5588" w:rsidP="00FD5588">
      <w:pPr>
        <w:rPr>
          <w:rFonts w:hint="eastAsia"/>
          <w:lang w:val="it-IT"/>
        </w:rPr>
      </w:pPr>
      <w:r w:rsidRPr="00FD5588">
        <w:rPr>
          <w:vertAlign w:val="superscript"/>
          <w:lang w:val="it-IT"/>
        </w:rPr>
        <w:t>1</w:t>
      </w:r>
      <w:r w:rsidRPr="00FD5588">
        <w:rPr>
          <w:lang w:val="it-IT"/>
        </w:rPr>
        <w:t>non soggetto a ribasso</w:t>
      </w:r>
    </w:p>
    <w:p w:rsidR="00FD5588" w:rsidRPr="00FD5588" w:rsidRDefault="00FD5588" w:rsidP="00FD5588">
      <w:pPr>
        <w:rPr>
          <w:rFonts w:hint="eastAsia"/>
          <w:lang w:val="it-IT"/>
        </w:rPr>
      </w:pPr>
      <w:r w:rsidRPr="00FD5588">
        <w:rPr>
          <w:vertAlign w:val="superscript"/>
          <w:lang w:val="it-IT"/>
        </w:rPr>
        <w:t>2</w:t>
      </w:r>
      <w:r w:rsidRPr="00FD5588">
        <w:rPr>
          <w:lang w:val="it-IT"/>
        </w:rPr>
        <w:t>iva esclusa</w:t>
      </w:r>
    </w:p>
    <w:p w:rsidR="00FD5588" w:rsidRPr="00FD5588" w:rsidRDefault="00FD5588" w:rsidP="00FD5588">
      <w:pPr>
        <w:rPr>
          <w:rFonts w:hint="eastAsia"/>
          <w:lang w:val="it-IT"/>
        </w:rPr>
      </w:pPr>
      <w:r w:rsidRPr="00FD5588">
        <w:rPr>
          <w:lang w:val="it-IT"/>
        </w:rP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OR19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F0ED842" wp14:editId="278B5A4F">
                  <wp:extent cx="3240000" cy="2025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281445C4" wp14:editId="2CC54B78">
                  <wp:extent cx="3240000" cy="3240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Torregrande</w:t>
            </w:r>
            <w:proofErr w:type="spellEnd"/>
            <w:r>
              <w:t xml:space="preserve"> (</w:t>
            </w:r>
            <w:proofErr w:type="spellStart"/>
            <w:r>
              <w:t>Porticciolo</w:t>
            </w:r>
            <w:proofErr w:type="spellEnd"/>
            <w:r>
              <w:t>)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RP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Pr="00FD5588" w:rsidRDefault="00FD5588" w:rsidP="003E40FA">
            <w:pPr>
              <w:jc w:val="right"/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Loc. Porto Turistico di Torre Grande</w:t>
            </w:r>
          </w:p>
        </w:tc>
        <w:tc>
          <w:tcPr>
            <w:tcW w:w="5669" w:type="dxa"/>
            <w:vMerge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39.9057686 - Lon. 8.4919488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51.4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3759.23 €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681.87 €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OR20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7ECF736" wp14:editId="48D4AA6F">
                  <wp:extent cx="3240000" cy="2025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219B39AB" wp14:editId="5B002AB0">
                  <wp:extent cx="3240000" cy="3240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Torregrande</w:t>
            </w:r>
            <w:proofErr w:type="spellEnd"/>
            <w:r>
              <w:t xml:space="preserve"> (</w:t>
            </w:r>
            <w:proofErr w:type="spellStart"/>
            <w:r>
              <w:t>Spiaggia</w:t>
            </w:r>
            <w:proofErr w:type="spellEnd"/>
            <w:r>
              <w:t>)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 xml:space="preserve">Piazza </w:t>
            </w:r>
            <w:proofErr w:type="spellStart"/>
            <w:r>
              <w:t>della</w:t>
            </w:r>
            <w:proofErr w:type="spellEnd"/>
            <w:r>
              <w:t xml:space="preserve"> Torre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39.9067435 - Lon. 8.5166344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14.8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1185.14 €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4600.00 €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631.47 €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OR21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0728C69" wp14:editId="35817641">
                  <wp:extent cx="3240000" cy="2025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42A27AD9" wp14:editId="6E4FAB80">
                  <wp:extent cx="3240000" cy="3240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Italia (Lazio)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Piazza Italia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39.9098298 - Lon. 8.5925568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14.8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1185.14 €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4600.00 €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631.47 €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Pr="00FD5588" w:rsidRDefault="00FD5588" w:rsidP="00FD5588">
      <w:pPr>
        <w:rPr>
          <w:rFonts w:hint="eastAsia"/>
          <w:lang w:val="it-IT"/>
        </w:rPr>
      </w:pPr>
      <w:r w:rsidRPr="00FD5588">
        <w:rPr>
          <w:lang w:val="it-IT"/>
        </w:rPr>
        <w:t>___________________</w:t>
      </w:r>
    </w:p>
    <w:p w:rsidR="00FD5588" w:rsidRPr="00FD5588" w:rsidRDefault="00FD5588" w:rsidP="00FD5588">
      <w:pPr>
        <w:rPr>
          <w:rFonts w:hint="eastAsia"/>
          <w:lang w:val="it-IT"/>
        </w:rPr>
      </w:pPr>
      <w:r w:rsidRPr="00FD5588">
        <w:rPr>
          <w:vertAlign w:val="superscript"/>
          <w:lang w:val="it-IT"/>
        </w:rPr>
        <w:t>1</w:t>
      </w:r>
      <w:r w:rsidRPr="00FD5588">
        <w:rPr>
          <w:lang w:val="it-IT"/>
        </w:rPr>
        <w:t>non soggetto a ribasso</w:t>
      </w:r>
    </w:p>
    <w:p w:rsidR="00FD5588" w:rsidRPr="00FD5588" w:rsidRDefault="00FD5588" w:rsidP="00FD5588">
      <w:pPr>
        <w:rPr>
          <w:rFonts w:hint="eastAsia"/>
          <w:lang w:val="it-IT"/>
        </w:rPr>
      </w:pPr>
      <w:r w:rsidRPr="00FD5588">
        <w:rPr>
          <w:vertAlign w:val="superscript"/>
          <w:lang w:val="it-IT"/>
        </w:rPr>
        <w:t>2</w:t>
      </w:r>
      <w:r w:rsidRPr="00FD5588">
        <w:rPr>
          <w:lang w:val="it-IT"/>
        </w:rPr>
        <w:t>iva esclusa</w:t>
      </w:r>
    </w:p>
    <w:p w:rsidR="00FD5588" w:rsidRPr="00FD5588" w:rsidRDefault="00FD5588" w:rsidP="00FD5588">
      <w:pPr>
        <w:rPr>
          <w:rFonts w:hint="eastAsia"/>
          <w:lang w:val="it-IT"/>
        </w:rPr>
      </w:pPr>
      <w:r w:rsidRPr="00FD5588">
        <w:rPr>
          <w:lang w:val="it-IT"/>
        </w:rP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OR22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1733115" wp14:editId="3B2EB58A">
                  <wp:extent cx="3240000" cy="2025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09F750D8" wp14:editId="6FE52803">
                  <wp:extent cx="3240000" cy="3240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Donizetti (</w:t>
            </w:r>
            <w:proofErr w:type="spellStart"/>
            <w:r>
              <w:t>Sardegna</w:t>
            </w:r>
            <w:proofErr w:type="spellEnd"/>
            <w:r>
              <w:t>)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Via Gaetano Donizetti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39.9085864 - Lon. 8.5928234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14.8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1185.14 €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4600.00 €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631.47 €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FD5588" w:rsidRDefault="00FD5588" w:rsidP="00FD5588">
      <w:pPr>
        <w:rPr>
          <w:rFonts w:hint="eastAsia"/>
        </w:rPr>
      </w:pPr>
      <w:r>
        <w:br w:type="page"/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821"/>
        <w:gridCol w:w="850"/>
        <w:gridCol w:w="850"/>
        <w:gridCol w:w="850"/>
        <w:gridCol w:w="850"/>
        <w:gridCol w:w="850"/>
        <w:gridCol w:w="850"/>
        <w:gridCol w:w="5669"/>
      </w:tblGrid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pStyle w:val="Futurabig"/>
              <w:rPr>
                <w:rFonts w:hint="eastAsia"/>
              </w:rPr>
            </w:pPr>
            <w:r>
              <w:rPr>
                <w:b/>
              </w:rPr>
              <w:lastRenderedPageBreak/>
              <w:t>ID STAZIONE DI RICARICA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pStyle w:val="Futurabig"/>
              <w:jc w:val="right"/>
              <w:rPr>
                <w:rFonts w:hint="eastAsia"/>
              </w:rPr>
            </w:pPr>
            <w:r>
              <w:rPr>
                <w:b/>
              </w:rPr>
              <w:t>OR23</w:t>
            </w:r>
          </w:p>
        </w:tc>
        <w:tc>
          <w:tcPr>
            <w:tcW w:w="5669" w:type="dxa"/>
            <w:vMerge w:val="restart"/>
          </w:tcPr>
          <w:p w:rsidR="00FD5588" w:rsidRDefault="00FD5588" w:rsidP="003E40FA">
            <w:pPr>
              <w:jc w:val="center"/>
              <w:rPr>
                <w:rFonts w:hint="eastAsia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453CE81C" wp14:editId="4CA15F1A">
                  <wp:extent cx="3240000" cy="2025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65CA359F" wp14:editId="1977F20D">
                  <wp:extent cx="3240000" cy="324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d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Nome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Brunelleschi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Comune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Oristano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Indirizzo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Via Filippo Brunelleschi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Pr="00FD5588" w:rsidRDefault="00FD5588" w:rsidP="003E40FA">
            <w:pPr>
              <w:rPr>
                <w:rFonts w:hint="eastAsia"/>
                <w:lang w:val="it-IT"/>
              </w:rPr>
            </w:pPr>
            <w:r w:rsidRPr="00FD5588">
              <w:rPr>
                <w:lang w:val="it-IT"/>
              </w:rPr>
              <w:t>Coordinate stazione di ricarica e consegna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Lat. 39.9025188 - Lon. 8.5846063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colonnine</w:t>
            </w:r>
            <w:proofErr w:type="spellEnd"/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Fast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Quick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Slow</w:t>
            </w:r>
          </w:p>
        </w:tc>
        <w:tc>
          <w:tcPr>
            <w:tcW w:w="850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Numero</w:t>
            </w:r>
            <w:proofErr w:type="spellEnd"/>
            <w:r>
              <w:t xml:space="preserve"> </w:t>
            </w:r>
            <w:proofErr w:type="spellStart"/>
            <w:r>
              <w:t>stalli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r>
              <w:t xml:space="preserve">Potenza </w:t>
            </w:r>
            <w:proofErr w:type="spellStart"/>
            <w:r>
              <w:t>totale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51.4 kW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Tensione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proofErr w:type="spellStart"/>
            <w:r>
              <w:t>bt</w:t>
            </w:r>
            <w:proofErr w:type="spellEnd"/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Tipologia</w:t>
            </w:r>
            <w:proofErr w:type="spellEnd"/>
            <w:r>
              <w:t xml:space="preserve"> </w:t>
            </w:r>
            <w:proofErr w:type="spellStart"/>
            <w:r>
              <w:t>allaccio</w:t>
            </w:r>
            <w:proofErr w:type="spellEnd"/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3F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di connessione</w:t>
            </w:r>
            <w:r>
              <w:rPr>
                <w:vertAlign w:val="superscript"/>
              </w:rPr>
              <w:t>1, 2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3759.23 €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fornitura</w:t>
            </w:r>
            <w:proofErr w:type="spellEnd"/>
            <w:r>
              <w:t xml:space="preserve"> colonnine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6800.00 €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edili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681.87 €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3821" w:type="dxa"/>
            <w:vAlign w:val="center"/>
          </w:tcPr>
          <w:p w:rsidR="00FD5588" w:rsidRDefault="00FD5588" w:rsidP="003E40FA">
            <w:pPr>
              <w:rPr>
                <w:rFonts w:hint="eastAsia"/>
              </w:rPr>
            </w:pPr>
            <w:proofErr w:type="spellStart"/>
            <w:r>
              <w:t>Stima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</w:t>
            </w:r>
            <w:proofErr w:type="spellStart"/>
            <w:r>
              <w:t>opere</w:t>
            </w:r>
            <w:proofErr w:type="spellEnd"/>
            <w:r>
              <w:t xml:space="preserve"> elettriche</w:t>
            </w:r>
            <w:r>
              <w:rPr>
                <w:vertAlign w:val="superscript"/>
              </w:rPr>
              <w:t>2</w:t>
            </w:r>
          </w:p>
        </w:tc>
        <w:tc>
          <w:tcPr>
            <w:tcW w:w="850" w:type="dxa"/>
            <w:gridSpan w:val="6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  <w:r>
              <w:t>4361.68 €</w:t>
            </w: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  <w:tr w:rsidR="00FD5588" w:rsidTr="003E40FA">
        <w:trPr>
          <w:trHeight w:val="450"/>
        </w:trPr>
        <w:tc>
          <w:tcPr>
            <w:tcW w:w="850" w:type="dxa"/>
            <w:gridSpan w:val="7"/>
            <w:vAlign w:val="center"/>
          </w:tcPr>
          <w:p w:rsidR="00FD5588" w:rsidRDefault="00FD5588" w:rsidP="003E40FA">
            <w:pPr>
              <w:jc w:val="right"/>
              <w:rPr>
                <w:rFonts w:hint="eastAsia"/>
              </w:rPr>
            </w:pPr>
          </w:p>
        </w:tc>
        <w:tc>
          <w:tcPr>
            <w:tcW w:w="5669" w:type="dxa"/>
            <w:vMerge/>
          </w:tcPr>
          <w:p w:rsidR="00FD5588" w:rsidRDefault="00FD5588" w:rsidP="003E40FA">
            <w:pPr>
              <w:rPr>
                <w:rFonts w:hint="eastAsia"/>
              </w:rPr>
            </w:pPr>
          </w:p>
        </w:tc>
      </w:tr>
    </w:tbl>
    <w:p w:rsidR="00FD5588" w:rsidRDefault="00FD5588" w:rsidP="00FD5588">
      <w:pPr>
        <w:rPr>
          <w:rFonts w:hint="eastAsia"/>
        </w:rPr>
      </w:pPr>
      <w:r>
        <w:t>___________________</w:t>
      </w:r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1</w:t>
      </w:r>
      <w:r>
        <w:t xml:space="preserve">non </w:t>
      </w:r>
      <w:proofErr w:type="spellStart"/>
      <w:r>
        <w:t>soggetto</w:t>
      </w:r>
      <w:proofErr w:type="spellEnd"/>
      <w:r>
        <w:t xml:space="preserve"> a </w:t>
      </w:r>
      <w:proofErr w:type="spellStart"/>
      <w:r>
        <w:t>ribasso</w:t>
      </w:r>
      <w:proofErr w:type="spellEnd"/>
    </w:p>
    <w:p w:rsidR="00FD5588" w:rsidRDefault="00FD5588" w:rsidP="00FD5588">
      <w:pPr>
        <w:rPr>
          <w:rFonts w:hint="eastAsia"/>
        </w:rPr>
      </w:pPr>
      <w:r>
        <w:rPr>
          <w:vertAlign w:val="superscript"/>
        </w:rPr>
        <w:t>2</w:t>
      </w:r>
      <w:r>
        <w:t xml:space="preserve">iva </w:t>
      </w:r>
      <w:proofErr w:type="spellStart"/>
      <w:r>
        <w:t>esclusa</w:t>
      </w:r>
      <w:proofErr w:type="spellEnd"/>
    </w:p>
    <w:p w:rsidR="00D436E8" w:rsidRPr="00747D92" w:rsidRDefault="00D436E8" w:rsidP="00747D92">
      <w:pPr>
        <w:rPr>
          <w:rFonts w:hint="eastAsia"/>
        </w:rPr>
      </w:pPr>
    </w:p>
    <w:sectPr w:rsidR="00D436E8" w:rsidRPr="00747D92" w:rsidSect="002F0E4A">
      <w:pgSz w:w="15840" w:h="12240" w:orient="landscape" w:code="32767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utura">
    <w:altName w:val="Century Gothic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42E03"/>
    <w:rsid w:val="0006063C"/>
    <w:rsid w:val="0015074B"/>
    <w:rsid w:val="0029639D"/>
    <w:rsid w:val="002F0E4A"/>
    <w:rsid w:val="00326F90"/>
    <w:rsid w:val="0035743B"/>
    <w:rsid w:val="00747D92"/>
    <w:rsid w:val="00AA1D8D"/>
    <w:rsid w:val="00B47730"/>
    <w:rsid w:val="00CB0664"/>
    <w:rsid w:val="00CF3674"/>
    <w:rsid w:val="00D436E8"/>
    <w:rsid w:val="00D47121"/>
    <w:rsid w:val="00DB227A"/>
    <w:rsid w:val="00ED1705"/>
    <w:rsid w:val="00F62A7C"/>
    <w:rsid w:val="00FC693F"/>
    <w:rsid w:val="00FD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693F"/>
    <w:rPr>
      <w:rFonts w:ascii="Futura" w:hAnsi="Futura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Futurabig">
    <w:name w:val="Futura big"/>
    <w:rPr>
      <w:rFonts w:ascii="Futura" w:hAnsi="Futura"/>
      <w:sz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1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693F"/>
    <w:rPr>
      <w:rFonts w:ascii="Futura" w:hAnsi="Futura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Futurabig">
    <w:name w:val="Futura big"/>
    <w:rPr>
      <w:rFonts w:ascii="Futura" w:hAnsi="Futura"/>
      <w:sz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1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9DFD88-D6F0-4A2A-AE17-801E8203D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1880</Words>
  <Characters>10717</Characters>
  <Application>Microsoft Office Word</Application>
  <DocSecurity>0</DocSecurity>
  <Lines>89</Lines>
  <Paragraphs>25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12572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XGiuseppe Pinna</cp:lastModifiedBy>
  <cp:revision>2</cp:revision>
  <dcterms:created xsi:type="dcterms:W3CDTF">2018-04-28T08:09:00Z</dcterms:created>
  <dcterms:modified xsi:type="dcterms:W3CDTF">2018-04-28T08:09:00Z</dcterms:modified>
</cp:coreProperties>
</file>